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4F63" w:rsidRPr="004D218B" w:rsidRDefault="00021F46" w:rsidP="004D218B">
      <w:pPr>
        <w:pStyle w:val="Nzev"/>
        <w:ind w:left="-426" w:right="-999"/>
        <w:jc w:val="center"/>
        <w:rPr>
          <w:b/>
          <w:sz w:val="72"/>
        </w:rPr>
      </w:pPr>
      <w:r w:rsidRPr="004D218B">
        <w:rPr>
          <w:b/>
          <w:sz w:val="72"/>
        </w:rPr>
        <w:t xml:space="preserve">NEJÚSPĚŠNĚJŠÍ SBĚRAČI </w:t>
      </w:r>
      <w:r w:rsidR="0028364B" w:rsidRPr="004D218B">
        <w:rPr>
          <w:b/>
          <w:sz w:val="72"/>
        </w:rPr>
        <w:t>P</w:t>
      </w:r>
      <w:bookmarkStart w:id="0" w:name="_GoBack"/>
      <w:bookmarkEnd w:id="0"/>
      <w:r w:rsidR="0028364B" w:rsidRPr="004D218B">
        <w:rPr>
          <w:b/>
          <w:sz w:val="72"/>
        </w:rPr>
        <w:t>APÍRU</w:t>
      </w:r>
      <w:r w:rsidR="0028364B" w:rsidRPr="004D218B">
        <w:rPr>
          <w:b/>
        </w:rPr>
        <w:t xml:space="preserve"> ŠKOLNÍ RO</w:t>
      </w:r>
      <w:r w:rsidR="004D218B">
        <w:rPr>
          <w:b/>
        </w:rPr>
        <w:t>K</w:t>
      </w:r>
      <w:r w:rsidR="0028364B" w:rsidRPr="004D218B">
        <w:rPr>
          <w:b/>
        </w:rPr>
        <w:t xml:space="preserve"> </w:t>
      </w:r>
      <w:r w:rsidR="00C86173" w:rsidRPr="004D218B">
        <w:rPr>
          <w:b/>
        </w:rPr>
        <w:t>2024</w:t>
      </w:r>
      <w:r w:rsidR="004D218B">
        <w:rPr>
          <w:b/>
        </w:rPr>
        <w:t>/</w:t>
      </w:r>
      <w:r w:rsidR="00C86173" w:rsidRPr="004D218B">
        <w:rPr>
          <w:b/>
        </w:rPr>
        <w:t>2</w:t>
      </w:r>
      <w:r w:rsidR="004D218B">
        <w:rPr>
          <w:b/>
        </w:rPr>
        <w:t>025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2410"/>
        <w:gridCol w:w="1689"/>
      </w:tblGrid>
      <w:tr w:rsidR="00D04F63" w:rsidTr="004D218B">
        <w:tc>
          <w:tcPr>
            <w:tcW w:w="4531" w:type="dxa"/>
            <w:shd w:val="clear" w:color="auto" w:fill="92CDDC" w:themeFill="accent5" w:themeFillTint="99"/>
          </w:tcPr>
          <w:p w:rsidR="00D04F63" w:rsidRPr="004D218B" w:rsidRDefault="00021F46" w:rsidP="00C86173">
            <w:pPr>
              <w:jc w:val="center"/>
              <w:rPr>
                <w:b/>
                <w:sz w:val="32"/>
              </w:rPr>
            </w:pPr>
            <w:proofErr w:type="spellStart"/>
            <w:r w:rsidRPr="004D218B">
              <w:rPr>
                <w:b/>
                <w:sz w:val="32"/>
              </w:rPr>
              <w:t>Jméno</w:t>
            </w:r>
            <w:proofErr w:type="spellEnd"/>
            <w:r w:rsidRPr="004D218B">
              <w:rPr>
                <w:b/>
                <w:sz w:val="32"/>
              </w:rPr>
              <w:t xml:space="preserve"> a </w:t>
            </w:r>
            <w:proofErr w:type="spellStart"/>
            <w:r w:rsidRPr="004D218B">
              <w:rPr>
                <w:b/>
                <w:sz w:val="32"/>
              </w:rPr>
              <w:t>příjmení</w:t>
            </w:r>
            <w:proofErr w:type="spellEnd"/>
          </w:p>
        </w:tc>
        <w:tc>
          <w:tcPr>
            <w:tcW w:w="2410" w:type="dxa"/>
            <w:shd w:val="clear" w:color="auto" w:fill="92CDDC" w:themeFill="accent5" w:themeFillTint="99"/>
          </w:tcPr>
          <w:p w:rsidR="004D218B" w:rsidRPr="004D218B" w:rsidRDefault="004D218B" w:rsidP="004D218B">
            <w:pPr>
              <w:jc w:val="center"/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C</w:t>
            </w:r>
            <w:r w:rsidR="00021F46" w:rsidRPr="004D218B">
              <w:rPr>
                <w:b/>
                <w:sz w:val="32"/>
              </w:rPr>
              <w:t>elkem</w:t>
            </w:r>
            <w:proofErr w:type="spellEnd"/>
            <w:r>
              <w:rPr>
                <w:b/>
                <w:sz w:val="32"/>
              </w:rPr>
              <w:t xml:space="preserve"> kg</w:t>
            </w:r>
          </w:p>
        </w:tc>
        <w:tc>
          <w:tcPr>
            <w:tcW w:w="1689" w:type="dxa"/>
            <w:shd w:val="clear" w:color="auto" w:fill="92CDDC" w:themeFill="accent5" w:themeFillTint="99"/>
          </w:tcPr>
          <w:p w:rsidR="00D04F63" w:rsidRPr="004D218B" w:rsidRDefault="00021F46" w:rsidP="00C86173">
            <w:pPr>
              <w:jc w:val="center"/>
              <w:rPr>
                <w:b/>
                <w:sz w:val="32"/>
              </w:rPr>
            </w:pPr>
            <w:r w:rsidRPr="004D218B">
              <w:rPr>
                <w:b/>
                <w:sz w:val="32"/>
              </w:rPr>
              <w:t>Třída</w:t>
            </w:r>
          </w:p>
        </w:tc>
      </w:tr>
      <w:tr w:rsidR="00D04F63" w:rsidTr="00560056">
        <w:tc>
          <w:tcPr>
            <w:tcW w:w="4531" w:type="dxa"/>
          </w:tcPr>
          <w:p w:rsidR="00D04F63" w:rsidRPr="004D218B" w:rsidRDefault="00021F46" w:rsidP="004D218B">
            <w:pPr>
              <w:pStyle w:val="Odstavecseseznamem"/>
              <w:numPr>
                <w:ilvl w:val="0"/>
                <w:numId w:val="11"/>
              </w:numPr>
              <w:ind w:left="599" w:hanging="567"/>
              <w:rPr>
                <w:color w:val="000000" w:themeColor="text1"/>
                <w:sz w:val="32"/>
                <w:szCs w:val="32"/>
              </w:rPr>
            </w:pPr>
            <w:r w:rsidRPr="004D218B">
              <w:rPr>
                <w:color w:val="000000" w:themeColor="text1"/>
                <w:sz w:val="32"/>
                <w:szCs w:val="32"/>
              </w:rPr>
              <w:t>SPÁLENKA ŠTĚPÁNEK</w:t>
            </w:r>
          </w:p>
        </w:tc>
        <w:tc>
          <w:tcPr>
            <w:tcW w:w="2410" w:type="dxa"/>
          </w:tcPr>
          <w:p w:rsidR="00D04F63" w:rsidRPr="004D218B" w:rsidRDefault="00021F46" w:rsidP="00C86173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4D218B">
              <w:rPr>
                <w:color w:val="000000" w:themeColor="text1"/>
                <w:sz w:val="32"/>
                <w:szCs w:val="32"/>
              </w:rPr>
              <w:t>7770</w:t>
            </w:r>
          </w:p>
        </w:tc>
        <w:tc>
          <w:tcPr>
            <w:tcW w:w="1689" w:type="dxa"/>
          </w:tcPr>
          <w:p w:rsidR="00D04F63" w:rsidRPr="004D218B" w:rsidRDefault="00021F46" w:rsidP="00C86173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4D218B">
              <w:rPr>
                <w:color w:val="000000" w:themeColor="text1"/>
                <w:sz w:val="32"/>
                <w:szCs w:val="32"/>
              </w:rPr>
              <w:t>3.A</w:t>
            </w:r>
          </w:p>
        </w:tc>
      </w:tr>
      <w:tr w:rsidR="00D04F63" w:rsidTr="00560056">
        <w:tc>
          <w:tcPr>
            <w:tcW w:w="4531" w:type="dxa"/>
          </w:tcPr>
          <w:p w:rsidR="00D04F63" w:rsidRPr="004D218B" w:rsidRDefault="00021F46" w:rsidP="004D218B">
            <w:pPr>
              <w:pStyle w:val="Odstavecseseznamem"/>
              <w:numPr>
                <w:ilvl w:val="0"/>
                <w:numId w:val="11"/>
              </w:numPr>
              <w:ind w:left="599" w:hanging="567"/>
              <w:rPr>
                <w:color w:val="000000" w:themeColor="text1"/>
                <w:sz w:val="32"/>
                <w:szCs w:val="32"/>
              </w:rPr>
            </w:pPr>
            <w:r w:rsidRPr="004D218B">
              <w:rPr>
                <w:color w:val="000000" w:themeColor="text1"/>
                <w:sz w:val="32"/>
                <w:szCs w:val="32"/>
              </w:rPr>
              <w:t>VANĚČKOVÁ SOFINKA</w:t>
            </w:r>
          </w:p>
        </w:tc>
        <w:tc>
          <w:tcPr>
            <w:tcW w:w="2410" w:type="dxa"/>
          </w:tcPr>
          <w:p w:rsidR="00D04F63" w:rsidRPr="004D218B" w:rsidRDefault="00021F46" w:rsidP="00C86173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4D218B">
              <w:rPr>
                <w:color w:val="000000" w:themeColor="text1"/>
                <w:sz w:val="32"/>
                <w:szCs w:val="32"/>
              </w:rPr>
              <w:t>2</w:t>
            </w:r>
            <w:r w:rsidR="0028364B" w:rsidRPr="004D218B">
              <w:rPr>
                <w:color w:val="000000" w:themeColor="text1"/>
                <w:sz w:val="32"/>
                <w:szCs w:val="32"/>
              </w:rPr>
              <w:t>249</w:t>
            </w:r>
          </w:p>
        </w:tc>
        <w:tc>
          <w:tcPr>
            <w:tcW w:w="1689" w:type="dxa"/>
          </w:tcPr>
          <w:p w:rsidR="00D04F63" w:rsidRPr="004D218B" w:rsidRDefault="00021F46" w:rsidP="00C86173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4D218B">
              <w:rPr>
                <w:color w:val="000000" w:themeColor="text1"/>
                <w:sz w:val="32"/>
                <w:szCs w:val="32"/>
              </w:rPr>
              <w:t>3.B</w:t>
            </w:r>
          </w:p>
        </w:tc>
      </w:tr>
      <w:tr w:rsidR="00D04F63" w:rsidTr="00560056">
        <w:tc>
          <w:tcPr>
            <w:tcW w:w="4531" w:type="dxa"/>
          </w:tcPr>
          <w:p w:rsidR="00D04F63" w:rsidRPr="004D218B" w:rsidRDefault="00021F46" w:rsidP="004D218B">
            <w:pPr>
              <w:pStyle w:val="Odstavecseseznamem"/>
              <w:numPr>
                <w:ilvl w:val="0"/>
                <w:numId w:val="11"/>
              </w:numPr>
              <w:ind w:left="599" w:hanging="567"/>
              <w:rPr>
                <w:color w:val="000000" w:themeColor="text1"/>
                <w:sz w:val="32"/>
                <w:szCs w:val="32"/>
              </w:rPr>
            </w:pPr>
            <w:r w:rsidRPr="004D218B">
              <w:rPr>
                <w:color w:val="000000" w:themeColor="text1"/>
                <w:sz w:val="32"/>
                <w:szCs w:val="32"/>
              </w:rPr>
              <w:t>HEMZA MIKY</w:t>
            </w:r>
          </w:p>
        </w:tc>
        <w:tc>
          <w:tcPr>
            <w:tcW w:w="2410" w:type="dxa"/>
          </w:tcPr>
          <w:p w:rsidR="00D04F63" w:rsidRPr="004D218B" w:rsidRDefault="00021F46" w:rsidP="00C86173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4D218B">
              <w:rPr>
                <w:color w:val="000000" w:themeColor="text1"/>
                <w:sz w:val="32"/>
                <w:szCs w:val="32"/>
              </w:rPr>
              <w:t>1808</w:t>
            </w:r>
          </w:p>
        </w:tc>
        <w:tc>
          <w:tcPr>
            <w:tcW w:w="1689" w:type="dxa"/>
          </w:tcPr>
          <w:p w:rsidR="00D04F63" w:rsidRPr="004D218B" w:rsidRDefault="00021F46" w:rsidP="00C86173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4D218B">
              <w:rPr>
                <w:color w:val="000000" w:themeColor="text1"/>
                <w:sz w:val="32"/>
                <w:szCs w:val="32"/>
              </w:rPr>
              <w:t>1.A</w:t>
            </w:r>
          </w:p>
        </w:tc>
      </w:tr>
      <w:tr w:rsidR="00D04F63" w:rsidTr="00560056">
        <w:tc>
          <w:tcPr>
            <w:tcW w:w="4531" w:type="dxa"/>
          </w:tcPr>
          <w:p w:rsidR="00D04F63" w:rsidRPr="004D218B" w:rsidRDefault="00021F46" w:rsidP="004D218B">
            <w:pPr>
              <w:pStyle w:val="Odstavecseseznamem"/>
              <w:numPr>
                <w:ilvl w:val="0"/>
                <w:numId w:val="11"/>
              </w:numPr>
              <w:ind w:left="599" w:hanging="567"/>
              <w:rPr>
                <w:color w:val="000000" w:themeColor="text1"/>
                <w:sz w:val="32"/>
                <w:szCs w:val="32"/>
              </w:rPr>
            </w:pPr>
            <w:r w:rsidRPr="004D218B">
              <w:rPr>
                <w:color w:val="000000" w:themeColor="text1"/>
                <w:sz w:val="32"/>
                <w:szCs w:val="32"/>
              </w:rPr>
              <w:t>MACHAČ JORDY</w:t>
            </w:r>
          </w:p>
        </w:tc>
        <w:tc>
          <w:tcPr>
            <w:tcW w:w="2410" w:type="dxa"/>
          </w:tcPr>
          <w:p w:rsidR="00D04F63" w:rsidRPr="004D218B" w:rsidRDefault="00021F46" w:rsidP="00C86173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4D218B">
              <w:rPr>
                <w:color w:val="000000" w:themeColor="text1"/>
                <w:sz w:val="32"/>
                <w:szCs w:val="32"/>
              </w:rPr>
              <w:t>1203</w:t>
            </w:r>
          </w:p>
        </w:tc>
        <w:tc>
          <w:tcPr>
            <w:tcW w:w="1689" w:type="dxa"/>
          </w:tcPr>
          <w:p w:rsidR="00D04F63" w:rsidRPr="004D218B" w:rsidRDefault="00021F46" w:rsidP="00C86173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4D218B">
              <w:rPr>
                <w:color w:val="000000" w:themeColor="text1"/>
                <w:sz w:val="32"/>
                <w:szCs w:val="32"/>
              </w:rPr>
              <w:t>3.A</w:t>
            </w:r>
          </w:p>
        </w:tc>
      </w:tr>
      <w:tr w:rsidR="00C86173" w:rsidTr="00560056">
        <w:tc>
          <w:tcPr>
            <w:tcW w:w="4531" w:type="dxa"/>
          </w:tcPr>
          <w:p w:rsidR="00C86173" w:rsidRPr="004D218B" w:rsidRDefault="00C86173" w:rsidP="004D218B">
            <w:pPr>
              <w:pStyle w:val="Odstavecseseznamem"/>
              <w:numPr>
                <w:ilvl w:val="0"/>
                <w:numId w:val="11"/>
              </w:numPr>
              <w:ind w:left="599" w:hanging="567"/>
              <w:rPr>
                <w:color w:val="000000" w:themeColor="text1"/>
                <w:sz w:val="32"/>
                <w:szCs w:val="32"/>
              </w:rPr>
            </w:pPr>
            <w:r w:rsidRPr="004D218B">
              <w:rPr>
                <w:color w:val="000000" w:themeColor="text1"/>
                <w:sz w:val="32"/>
                <w:szCs w:val="32"/>
              </w:rPr>
              <w:t>MACHAČ KALISSA</w:t>
            </w:r>
          </w:p>
        </w:tc>
        <w:tc>
          <w:tcPr>
            <w:tcW w:w="2410" w:type="dxa"/>
          </w:tcPr>
          <w:p w:rsidR="00C86173" w:rsidRPr="004D218B" w:rsidRDefault="00C86173" w:rsidP="00C86173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4D218B">
              <w:rPr>
                <w:color w:val="000000" w:themeColor="text1"/>
                <w:sz w:val="32"/>
                <w:szCs w:val="32"/>
              </w:rPr>
              <w:t>1 090</w:t>
            </w:r>
          </w:p>
        </w:tc>
        <w:tc>
          <w:tcPr>
            <w:tcW w:w="1689" w:type="dxa"/>
          </w:tcPr>
          <w:p w:rsidR="00C86173" w:rsidRPr="004D218B" w:rsidRDefault="00C86173" w:rsidP="00C86173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4D218B">
              <w:rPr>
                <w:color w:val="000000" w:themeColor="text1"/>
                <w:sz w:val="32"/>
                <w:szCs w:val="32"/>
              </w:rPr>
              <w:t>5.A</w:t>
            </w:r>
          </w:p>
        </w:tc>
      </w:tr>
      <w:tr w:rsidR="00216E33" w:rsidTr="00560056">
        <w:tc>
          <w:tcPr>
            <w:tcW w:w="4531" w:type="dxa"/>
          </w:tcPr>
          <w:p w:rsidR="00216E33" w:rsidRPr="004D218B" w:rsidRDefault="00216E33" w:rsidP="004D218B">
            <w:pPr>
              <w:pStyle w:val="Odstavecseseznamem"/>
              <w:numPr>
                <w:ilvl w:val="0"/>
                <w:numId w:val="11"/>
              </w:numPr>
              <w:ind w:left="599" w:hanging="567"/>
              <w:rPr>
                <w:color w:val="000000" w:themeColor="text1"/>
                <w:sz w:val="32"/>
                <w:szCs w:val="32"/>
              </w:rPr>
            </w:pPr>
            <w:r w:rsidRPr="004D218B">
              <w:rPr>
                <w:color w:val="000000" w:themeColor="text1"/>
                <w:sz w:val="32"/>
                <w:szCs w:val="32"/>
              </w:rPr>
              <w:t>HOLÝ ONDRA</w:t>
            </w:r>
          </w:p>
        </w:tc>
        <w:tc>
          <w:tcPr>
            <w:tcW w:w="2410" w:type="dxa"/>
          </w:tcPr>
          <w:p w:rsidR="00216E33" w:rsidRPr="004D218B" w:rsidRDefault="00216E33" w:rsidP="00216E33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4D218B">
              <w:rPr>
                <w:color w:val="000000" w:themeColor="text1"/>
                <w:sz w:val="32"/>
                <w:szCs w:val="32"/>
              </w:rPr>
              <w:t>1014</w:t>
            </w:r>
          </w:p>
        </w:tc>
        <w:tc>
          <w:tcPr>
            <w:tcW w:w="1689" w:type="dxa"/>
          </w:tcPr>
          <w:p w:rsidR="00216E33" w:rsidRPr="004D218B" w:rsidRDefault="00216E33" w:rsidP="00216E33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4D218B">
              <w:rPr>
                <w:color w:val="000000" w:themeColor="text1"/>
                <w:sz w:val="32"/>
                <w:szCs w:val="32"/>
              </w:rPr>
              <w:t>3.B</w:t>
            </w:r>
          </w:p>
        </w:tc>
      </w:tr>
      <w:tr w:rsidR="00560056" w:rsidTr="00560056">
        <w:tc>
          <w:tcPr>
            <w:tcW w:w="4531" w:type="dxa"/>
          </w:tcPr>
          <w:p w:rsidR="00560056" w:rsidRPr="004D218B" w:rsidRDefault="00560056" w:rsidP="004D218B">
            <w:pPr>
              <w:pStyle w:val="Odstavecseseznamem"/>
              <w:numPr>
                <w:ilvl w:val="0"/>
                <w:numId w:val="11"/>
              </w:numPr>
              <w:ind w:left="599" w:hanging="567"/>
              <w:rPr>
                <w:color w:val="000000" w:themeColor="text1"/>
                <w:sz w:val="32"/>
                <w:szCs w:val="32"/>
              </w:rPr>
            </w:pPr>
            <w:r w:rsidRPr="004D218B">
              <w:rPr>
                <w:color w:val="000000" w:themeColor="text1"/>
                <w:sz w:val="32"/>
                <w:szCs w:val="32"/>
              </w:rPr>
              <w:t>MYKOVÁ ANETA</w:t>
            </w:r>
          </w:p>
        </w:tc>
        <w:tc>
          <w:tcPr>
            <w:tcW w:w="2410" w:type="dxa"/>
          </w:tcPr>
          <w:p w:rsidR="00560056" w:rsidRPr="004D218B" w:rsidRDefault="00560056" w:rsidP="00560056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4D218B">
              <w:rPr>
                <w:color w:val="000000" w:themeColor="text1"/>
                <w:sz w:val="32"/>
                <w:szCs w:val="32"/>
              </w:rPr>
              <w:t>898</w:t>
            </w:r>
          </w:p>
        </w:tc>
        <w:tc>
          <w:tcPr>
            <w:tcW w:w="1689" w:type="dxa"/>
          </w:tcPr>
          <w:p w:rsidR="00560056" w:rsidRPr="004D218B" w:rsidRDefault="00560056" w:rsidP="00560056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4D218B">
              <w:rPr>
                <w:color w:val="000000" w:themeColor="text1"/>
                <w:sz w:val="32"/>
                <w:szCs w:val="32"/>
              </w:rPr>
              <w:t>2.A</w:t>
            </w:r>
          </w:p>
        </w:tc>
      </w:tr>
      <w:tr w:rsidR="00560056" w:rsidTr="00560056">
        <w:tc>
          <w:tcPr>
            <w:tcW w:w="4531" w:type="dxa"/>
          </w:tcPr>
          <w:p w:rsidR="00560056" w:rsidRPr="004D218B" w:rsidRDefault="00560056" w:rsidP="004D218B">
            <w:pPr>
              <w:pStyle w:val="Odstavecseseznamem"/>
              <w:numPr>
                <w:ilvl w:val="0"/>
                <w:numId w:val="11"/>
              </w:numPr>
              <w:ind w:left="599" w:hanging="567"/>
              <w:rPr>
                <w:color w:val="000000" w:themeColor="text1"/>
                <w:sz w:val="32"/>
                <w:szCs w:val="32"/>
              </w:rPr>
            </w:pPr>
            <w:r w:rsidRPr="004D218B">
              <w:rPr>
                <w:color w:val="000000" w:themeColor="text1"/>
                <w:sz w:val="32"/>
                <w:szCs w:val="32"/>
              </w:rPr>
              <w:t>MYKA MARTIN</w:t>
            </w:r>
          </w:p>
        </w:tc>
        <w:tc>
          <w:tcPr>
            <w:tcW w:w="2410" w:type="dxa"/>
          </w:tcPr>
          <w:p w:rsidR="00560056" w:rsidRPr="004D218B" w:rsidRDefault="00560056" w:rsidP="00560056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4D218B">
              <w:rPr>
                <w:color w:val="000000" w:themeColor="text1"/>
                <w:sz w:val="32"/>
                <w:szCs w:val="32"/>
              </w:rPr>
              <w:t>898</w:t>
            </w:r>
          </w:p>
        </w:tc>
        <w:tc>
          <w:tcPr>
            <w:tcW w:w="1689" w:type="dxa"/>
          </w:tcPr>
          <w:p w:rsidR="00560056" w:rsidRPr="004D218B" w:rsidRDefault="00560056" w:rsidP="00560056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4D218B">
              <w:rPr>
                <w:color w:val="000000" w:themeColor="text1"/>
                <w:sz w:val="32"/>
                <w:szCs w:val="32"/>
              </w:rPr>
              <w:t>3.A</w:t>
            </w:r>
          </w:p>
        </w:tc>
      </w:tr>
      <w:tr w:rsidR="00560056" w:rsidTr="00560056">
        <w:tc>
          <w:tcPr>
            <w:tcW w:w="4531" w:type="dxa"/>
          </w:tcPr>
          <w:p w:rsidR="00560056" w:rsidRPr="004D218B" w:rsidRDefault="00560056" w:rsidP="004D218B">
            <w:pPr>
              <w:pStyle w:val="Odstavecseseznamem"/>
              <w:numPr>
                <w:ilvl w:val="0"/>
                <w:numId w:val="11"/>
              </w:numPr>
              <w:ind w:left="599" w:hanging="567"/>
              <w:rPr>
                <w:color w:val="000000" w:themeColor="text1"/>
                <w:sz w:val="32"/>
                <w:szCs w:val="32"/>
              </w:rPr>
            </w:pPr>
            <w:r w:rsidRPr="004D218B">
              <w:rPr>
                <w:color w:val="000000" w:themeColor="text1"/>
                <w:sz w:val="32"/>
                <w:szCs w:val="32"/>
              </w:rPr>
              <w:t>DOČKALOVÁ TERKA</w:t>
            </w:r>
          </w:p>
        </w:tc>
        <w:tc>
          <w:tcPr>
            <w:tcW w:w="2410" w:type="dxa"/>
          </w:tcPr>
          <w:p w:rsidR="00560056" w:rsidRPr="004D218B" w:rsidRDefault="00560056" w:rsidP="00560056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4D218B">
              <w:rPr>
                <w:color w:val="000000" w:themeColor="text1"/>
                <w:sz w:val="32"/>
                <w:szCs w:val="32"/>
              </w:rPr>
              <w:t>837</w:t>
            </w:r>
          </w:p>
        </w:tc>
        <w:tc>
          <w:tcPr>
            <w:tcW w:w="1689" w:type="dxa"/>
          </w:tcPr>
          <w:p w:rsidR="00560056" w:rsidRPr="004D218B" w:rsidRDefault="00560056" w:rsidP="00560056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4D218B">
              <w:rPr>
                <w:color w:val="000000" w:themeColor="text1"/>
                <w:sz w:val="32"/>
                <w:szCs w:val="32"/>
              </w:rPr>
              <w:t>9.B</w:t>
            </w:r>
          </w:p>
        </w:tc>
      </w:tr>
      <w:tr w:rsidR="00560056" w:rsidTr="00560056">
        <w:tc>
          <w:tcPr>
            <w:tcW w:w="4531" w:type="dxa"/>
          </w:tcPr>
          <w:p w:rsidR="00560056" w:rsidRPr="004D218B" w:rsidRDefault="00560056" w:rsidP="004D218B">
            <w:pPr>
              <w:pStyle w:val="Odstavecseseznamem"/>
              <w:numPr>
                <w:ilvl w:val="0"/>
                <w:numId w:val="11"/>
              </w:numPr>
              <w:ind w:left="599" w:hanging="567"/>
              <w:rPr>
                <w:color w:val="000000" w:themeColor="text1"/>
                <w:sz w:val="32"/>
                <w:szCs w:val="32"/>
              </w:rPr>
            </w:pPr>
            <w:r w:rsidRPr="004D218B">
              <w:rPr>
                <w:color w:val="000000" w:themeColor="text1"/>
                <w:sz w:val="32"/>
                <w:szCs w:val="32"/>
              </w:rPr>
              <w:t>SELINGER PETR</w:t>
            </w:r>
          </w:p>
        </w:tc>
        <w:tc>
          <w:tcPr>
            <w:tcW w:w="2410" w:type="dxa"/>
          </w:tcPr>
          <w:p w:rsidR="00560056" w:rsidRPr="004D218B" w:rsidRDefault="00560056" w:rsidP="00560056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4D218B">
              <w:rPr>
                <w:color w:val="000000" w:themeColor="text1"/>
                <w:sz w:val="32"/>
                <w:szCs w:val="32"/>
              </w:rPr>
              <w:t>794</w:t>
            </w:r>
          </w:p>
        </w:tc>
        <w:tc>
          <w:tcPr>
            <w:tcW w:w="1689" w:type="dxa"/>
          </w:tcPr>
          <w:p w:rsidR="00560056" w:rsidRPr="004D218B" w:rsidRDefault="00560056" w:rsidP="00560056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4D218B">
              <w:rPr>
                <w:color w:val="000000" w:themeColor="text1"/>
                <w:sz w:val="32"/>
                <w:szCs w:val="32"/>
              </w:rPr>
              <w:t>4.A</w:t>
            </w:r>
          </w:p>
        </w:tc>
      </w:tr>
      <w:tr w:rsidR="00560056" w:rsidTr="00560056">
        <w:tc>
          <w:tcPr>
            <w:tcW w:w="4531" w:type="dxa"/>
          </w:tcPr>
          <w:p w:rsidR="00560056" w:rsidRPr="004D218B" w:rsidRDefault="00560056" w:rsidP="004D218B">
            <w:pPr>
              <w:pStyle w:val="Odstavecseseznamem"/>
              <w:numPr>
                <w:ilvl w:val="0"/>
                <w:numId w:val="11"/>
              </w:numPr>
              <w:ind w:left="599" w:hanging="567"/>
              <w:rPr>
                <w:color w:val="000000" w:themeColor="text1"/>
                <w:sz w:val="32"/>
                <w:szCs w:val="32"/>
              </w:rPr>
            </w:pPr>
            <w:r w:rsidRPr="004D218B">
              <w:rPr>
                <w:color w:val="000000" w:themeColor="text1"/>
                <w:sz w:val="32"/>
                <w:szCs w:val="32"/>
              </w:rPr>
              <w:t>MARŠOUNOVÁ MÍŠA</w:t>
            </w:r>
          </w:p>
        </w:tc>
        <w:tc>
          <w:tcPr>
            <w:tcW w:w="2410" w:type="dxa"/>
          </w:tcPr>
          <w:p w:rsidR="00560056" w:rsidRPr="004D218B" w:rsidRDefault="00560056" w:rsidP="00560056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4D218B">
              <w:rPr>
                <w:color w:val="000000" w:themeColor="text1"/>
                <w:sz w:val="32"/>
                <w:szCs w:val="32"/>
              </w:rPr>
              <w:t>792</w:t>
            </w:r>
          </w:p>
        </w:tc>
        <w:tc>
          <w:tcPr>
            <w:tcW w:w="1689" w:type="dxa"/>
          </w:tcPr>
          <w:p w:rsidR="00560056" w:rsidRPr="004D218B" w:rsidRDefault="00560056" w:rsidP="00560056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4D218B">
              <w:rPr>
                <w:color w:val="000000" w:themeColor="text1"/>
                <w:sz w:val="32"/>
                <w:szCs w:val="32"/>
              </w:rPr>
              <w:t>5.A</w:t>
            </w:r>
          </w:p>
        </w:tc>
      </w:tr>
      <w:tr w:rsidR="00D04F63" w:rsidTr="00560056">
        <w:tc>
          <w:tcPr>
            <w:tcW w:w="4531" w:type="dxa"/>
          </w:tcPr>
          <w:p w:rsidR="00D04F63" w:rsidRPr="004D218B" w:rsidRDefault="00021F46" w:rsidP="004D218B">
            <w:pPr>
              <w:pStyle w:val="Odstavecseseznamem"/>
              <w:numPr>
                <w:ilvl w:val="0"/>
                <w:numId w:val="11"/>
              </w:numPr>
              <w:ind w:left="599" w:hanging="567"/>
              <w:rPr>
                <w:color w:val="000000" w:themeColor="text1"/>
                <w:sz w:val="32"/>
                <w:szCs w:val="32"/>
              </w:rPr>
            </w:pPr>
            <w:r w:rsidRPr="004D218B">
              <w:rPr>
                <w:color w:val="000000" w:themeColor="text1"/>
                <w:sz w:val="32"/>
                <w:szCs w:val="32"/>
              </w:rPr>
              <w:t>SELINGER MAREK</w:t>
            </w:r>
          </w:p>
        </w:tc>
        <w:tc>
          <w:tcPr>
            <w:tcW w:w="2410" w:type="dxa"/>
          </w:tcPr>
          <w:p w:rsidR="00D04F63" w:rsidRPr="004D218B" w:rsidRDefault="00AD2836" w:rsidP="00C86173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4D218B">
              <w:rPr>
                <w:color w:val="000000" w:themeColor="text1"/>
                <w:sz w:val="32"/>
                <w:szCs w:val="32"/>
              </w:rPr>
              <w:t>78</w:t>
            </w:r>
            <w:r w:rsidR="00560056" w:rsidRPr="004D218B">
              <w:rPr>
                <w:color w:val="000000" w:themeColor="text1"/>
                <w:sz w:val="32"/>
                <w:szCs w:val="32"/>
              </w:rPr>
              <w:t>8</w:t>
            </w:r>
          </w:p>
        </w:tc>
        <w:tc>
          <w:tcPr>
            <w:tcW w:w="1689" w:type="dxa"/>
          </w:tcPr>
          <w:p w:rsidR="00D04F63" w:rsidRPr="004D218B" w:rsidRDefault="00021F46" w:rsidP="00C86173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4D218B">
              <w:rPr>
                <w:color w:val="000000" w:themeColor="text1"/>
                <w:sz w:val="32"/>
                <w:szCs w:val="32"/>
              </w:rPr>
              <w:t>7.B</w:t>
            </w:r>
          </w:p>
        </w:tc>
      </w:tr>
      <w:tr w:rsidR="00D04F63" w:rsidTr="00560056">
        <w:tc>
          <w:tcPr>
            <w:tcW w:w="4531" w:type="dxa"/>
          </w:tcPr>
          <w:p w:rsidR="00D04F63" w:rsidRPr="004D218B" w:rsidRDefault="00021F46" w:rsidP="004D218B">
            <w:pPr>
              <w:pStyle w:val="Odstavecseseznamem"/>
              <w:numPr>
                <w:ilvl w:val="0"/>
                <w:numId w:val="11"/>
              </w:numPr>
              <w:ind w:left="599" w:hanging="567"/>
              <w:rPr>
                <w:color w:val="000000" w:themeColor="text1"/>
                <w:sz w:val="32"/>
                <w:szCs w:val="32"/>
              </w:rPr>
            </w:pPr>
            <w:r w:rsidRPr="004D218B">
              <w:rPr>
                <w:color w:val="000000" w:themeColor="text1"/>
                <w:sz w:val="32"/>
                <w:szCs w:val="32"/>
              </w:rPr>
              <w:t>LITOŠ ŠTĚPÁNEK</w:t>
            </w:r>
          </w:p>
        </w:tc>
        <w:tc>
          <w:tcPr>
            <w:tcW w:w="2410" w:type="dxa"/>
          </w:tcPr>
          <w:p w:rsidR="00D04F63" w:rsidRPr="004D218B" w:rsidRDefault="00021F46" w:rsidP="00C86173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4D218B">
              <w:rPr>
                <w:color w:val="000000" w:themeColor="text1"/>
                <w:sz w:val="32"/>
                <w:szCs w:val="32"/>
              </w:rPr>
              <w:t>787.5</w:t>
            </w:r>
          </w:p>
        </w:tc>
        <w:tc>
          <w:tcPr>
            <w:tcW w:w="1689" w:type="dxa"/>
          </w:tcPr>
          <w:p w:rsidR="00D04F63" w:rsidRPr="004D218B" w:rsidRDefault="00021F46" w:rsidP="00C86173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4D218B">
              <w:rPr>
                <w:color w:val="000000" w:themeColor="text1"/>
                <w:sz w:val="32"/>
                <w:szCs w:val="32"/>
              </w:rPr>
              <w:t>1.A</w:t>
            </w:r>
          </w:p>
        </w:tc>
      </w:tr>
      <w:tr w:rsidR="00D04F63" w:rsidTr="00560056">
        <w:tc>
          <w:tcPr>
            <w:tcW w:w="4531" w:type="dxa"/>
          </w:tcPr>
          <w:p w:rsidR="00D04F63" w:rsidRPr="004D218B" w:rsidRDefault="00021F46" w:rsidP="004D218B">
            <w:pPr>
              <w:pStyle w:val="Odstavecseseznamem"/>
              <w:numPr>
                <w:ilvl w:val="0"/>
                <w:numId w:val="11"/>
              </w:numPr>
              <w:ind w:left="599" w:hanging="567"/>
              <w:rPr>
                <w:color w:val="000000" w:themeColor="text1"/>
                <w:sz w:val="32"/>
                <w:szCs w:val="32"/>
              </w:rPr>
            </w:pPr>
            <w:r w:rsidRPr="004D218B">
              <w:rPr>
                <w:color w:val="000000" w:themeColor="text1"/>
                <w:sz w:val="32"/>
                <w:szCs w:val="32"/>
              </w:rPr>
              <w:t>LITOŠ ONDRA</w:t>
            </w:r>
          </w:p>
        </w:tc>
        <w:tc>
          <w:tcPr>
            <w:tcW w:w="2410" w:type="dxa"/>
          </w:tcPr>
          <w:p w:rsidR="00D04F63" w:rsidRPr="004D218B" w:rsidRDefault="00021F46" w:rsidP="00C86173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4D218B">
              <w:rPr>
                <w:color w:val="000000" w:themeColor="text1"/>
                <w:sz w:val="32"/>
                <w:szCs w:val="32"/>
              </w:rPr>
              <w:t>787.5</w:t>
            </w:r>
          </w:p>
        </w:tc>
        <w:tc>
          <w:tcPr>
            <w:tcW w:w="1689" w:type="dxa"/>
          </w:tcPr>
          <w:p w:rsidR="00D04F63" w:rsidRPr="004D218B" w:rsidRDefault="00021F46" w:rsidP="00C86173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4D218B">
              <w:rPr>
                <w:color w:val="000000" w:themeColor="text1"/>
                <w:sz w:val="32"/>
                <w:szCs w:val="32"/>
              </w:rPr>
              <w:t>5.B</w:t>
            </w:r>
          </w:p>
        </w:tc>
      </w:tr>
      <w:tr w:rsidR="00560056" w:rsidTr="00560056">
        <w:tc>
          <w:tcPr>
            <w:tcW w:w="4531" w:type="dxa"/>
          </w:tcPr>
          <w:p w:rsidR="00560056" w:rsidRPr="004D218B" w:rsidRDefault="00560056" w:rsidP="004D218B">
            <w:pPr>
              <w:pStyle w:val="Odstavecseseznamem"/>
              <w:numPr>
                <w:ilvl w:val="0"/>
                <w:numId w:val="11"/>
              </w:numPr>
              <w:ind w:left="599" w:hanging="567"/>
              <w:rPr>
                <w:color w:val="000000" w:themeColor="text1"/>
                <w:sz w:val="32"/>
                <w:szCs w:val="32"/>
              </w:rPr>
            </w:pPr>
            <w:r w:rsidRPr="004D218B">
              <w:rPr>
                <w:color w:val="000000" w:themeColor="text1"/>
                <w:sz w:val="32"/>
                <w:szCs w:val="32"/>
              </w:rPr>
              <w:t>STEJSKALOVÁ ŠTĚPA</w:t>
            </w:r>
          </w:p>
        </w:tc>
        <w:tc>
          <w:tcPr>
            <w:tcW w:w="2410" w:type="dxa"/>
          </w:tcPr>
          <w:p w:rsidR="00560056" w:rsidRPr="004D218B" w:rsidRDefault="00560056" w:rsidP="00560056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4D218B">
              <w:rPr>
                <w:color w:val="000000" w:themeColor="text1"/>
                <w:sz w:val="32"/>
                <w:szCs w:val="32"/>
              </w:rPr>
              <w:t>645</w:t>
            </w:r>
          </w:p>
        </w:tc>
        <w:tc>
          <w:tcPr>
            <w:tcW w:w="1689" w:type="dxa"/>
          </w:tcPr>
          <w:p w:rsidR="00560056" w:rsidRPr="004D218B" w:rsidRDefault="00560056" w:rsidP="00560056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4D218B">
              <w:rPr>
                <w:color w:val="000000" w:themeColor="text1"/>
                <w:sz w:val="32"/>
                <w:szCs w:val="32"/>
              </w:rPr>
              <w:t>2.A</w:t>
            </w:r>
          </w:p>
        </w:tc>
      </w:tr>
      <w:tr w:rsidR="00560056" w:rsidTr="00560056">
        <w:tc>
          <w:tcPr>
            <w:tcW w:w="4531" w:type="dxa"/>
          </w:tcPr>
          <w:p w:rsidR="00560056" w:rsidRPr="004D218B" w:rsidRDefault="00560056" w:rsidP="004D218B">
            <w:pPr>
              <w:pStyle w:val="Odstavecseseznamem"/>
              <w:numPr>
                <w:ilvl w:val="0"/>
                <w:numId w:val="11"/>
              </w:numPr>
              <w:ind w:left="599" w:hanging="567"/>
              <w:rPr>
                <w:color w:val="000000" w:themeColor="text1"/>
                <w:sz w:val="32"/>
                <w:szCs w:val="32"/>
              </w:rPr>
            </w:pPr>
            <w:r w:rsidRPr="004D218B">
              <w:rPr>
                <w:color w:val="000000" w:themeColor="text1"/>
                <w:sz w:val="32"/>
                <w:szCs w:val="32"/>
              </w:rPr>
              <w:t>LNĚNIČKOVÁ ADÉLA</w:t>
            </w:r>
          </w:p>
        </w:tc>
        <w:tc>
          <w:tcPr>
            <w:tcW w:w="2410" w:type="dxa"/>
          </w:tcPr>
          <w:p w:rsidR="00560056" w:rsidRPr="004D218B" w:rsidRDefault="00560056" w:rsidP="00560056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4D218B">
              <w:rPr>
                <w:color w:val="000000" w:themeColor="text1"/>
                <w:sz w:val="32"/>
                <w:szCs w:val="32"/>
              </w:rPr>
              <w:t>622</w:t>
            </w:r>
          </w:p>
        </w:tc>
        <w:tc>
          <w:tcPr>
            <w:tcW w:w="1689" w:type="dxa"/>
          </w:tcPr>
          <w:p w:rsidR="00560056" w:rsidRPr="004D218B" w:rsidRDefault="00560056" w:rsidP="00560056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4D218B">
              <w:rPr>
                <w:color w:val="000000" w:themeColor="text1"/>
                <w:sz w:val="32"/>
                <w:szCs w:val="32"/>
              </w:rPr>
              <w:t>7.A</w:t>
            </w:r>
          </w:p>
        </w:tc>
      </w:tr>
      <w:tr w:rsidR="00D04F63" w:rsidTr="00560056">
        <w:tc>
          <w:tcPr>
            <w:tcW w:w="4531" w:type="dxa"/>
          </w:tcPr>
          <w:p w:rsidR="00D04F63" w:rsidRPr="004D218B" w:rsidRDefault="00021F46" w:rsidP="004D218B">
            <w:pPr>
              <w:pStyle w:val="Odstavecseseznamem"/>
              <w:numPr>
                <w:ilvl w:val="0"/>
                <w:numId w:val="11"/>
              </w:numPr>
              <w:ind w:left="599" w:hanging="567"/>
              <w:rPr>
                <w:color w:val="000000" w:themeColor="text1"/>
                <w:sz w:val="32"/>
                <w:szCs w:val="32"/>
              </w:rPr>
            </w:pPr>
            <w:r w:rsidRPr="004D218B">
              <w:rPr>
                <w:color w:val="000000" w:themeColor="text1"/>
                <w:sz w:val="32"/>
                <w:szCs w:val="32"/>
              </w:rPr>
              <w:lastRenderedPageBreak/>
              <w:t>ORAVEC MARTIN</w:t>
            </w:r>
          </w:p>
        </w:tc>
        <w:tc>
          <w:tcPr>
            <w:tcW w:w="2410" w:type="dxa"/>
          </w:tcPr>
          <w:p w:rsidR="00D04F63" w:rsidRPr="004D218B" w:rsidRDefault="00021F46" w:rsidP="00C86173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4D218B">
              <w:rPr>
                <w:color w:val="000000" w:themeColor="text1"/>
                <w:sz w:val="32"/>
                <w:szCs w:val="32"/>
              </w:rPr>
              <w:t>618</w:t>
            </w:r>
          </w:p>
        </w:tc>
        <w:tc>
          <w:tcPr>
            <w:tcW w:w="1689" w:type="dxa"/>
          </w:tcPr>
          <w:p w:rsidR="00D04F63" w:rsidRPr="004D218B" w:rsidRDefault="00021F46" w:rsidP="00C86173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4D218B">
              <w:rPr>
                <w:color w:val="000000" w:themeColor="text1"/>
                <w:sz w:val="32"/>
                <w:szCs w:val="32"/>
              </w:rPr>
              <w:t>8.B</w:t>
            </w:r>
          </w:p>
        </w:tc>
      </w:tr>
      <w:tr w:rsidR="00560056" w:rsidTr="00560056">
        <w:tc>
          <w:tcPr>
            <w:tcW w:w="4531" w:type="dxa"/>
          </w:tcPr>
          <w:p w:rsidR="00560056" w:rsidRPr="004D218B" w:rsidRDefault="00560056" w:rsidP="004D218B">
            <w:pPr>
              <w:pStyle w:val="Odstavecseseznamem"/>
              <w:numPr>
                <w:ilvl w:val="0"/>
                <w:numId w:val="11"/>
              </w:numPr>
              <w:ind w:left="599" w:hanging="567"/>
              <w:rPr>
                <w:color w:val="000000" w:themeColor="text1"/>
                <w:sz w:val="32"/>
                <w:szCs w:val="32"/>
              </w:rPr>
            </w:pPr>
            <w:r w:rsidRPr="004D218B">
              <w:rPr>
                <w:color w:val="000000" w:themeColor="text1"/>
                <w:sz w:val="32"/>
                <w:szCs w:val="32"/>
              </w:rPr>
              <w:t>ŠTOREK MILAN</w:t>
            </w:r>
          </w:p>
        </w:tc>
        <w:tc>
          <w:tcPr>
            <w:tcW w:w="2410" w:type="dxa"/>
          </w:tcPr>
          <w:p w:rsidR="00560056" w:rsidRPr="004D218B" w:rsidRDefault="00560056" w:rsidP="00560056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4D218B">
              <w:rPr>
                <w:color w:val="000000" w:themeColor="text1"/>
                <w:sz w:val="32"/>
                <w:szCs w:val="32"/>
              </w:rPr>
              <w:t>552</w:t>
            </w:r>
          </w:p>
        </w:tc>
        <w:tc>
          <w:tcPr>
            <w:tcW w:w="1689" w:type="dxa"/>
          </w:tcPr>
          <w:p w:rsidR="00560056" w:rsidRPr="004D218B" w:rsidRDefault="00560056" w:rsidP="00560056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4D218B">
              <w:rPr>
                <w:color w:val="000000" w:themeColor="text1"/>
                <w:sz w:val="32"/>
                <w:szCs w:val="32"/>
              </w:rPr>
              <w:t>2.B</w:t>
            </w:r>
          </w:p>
        </w:tc>
      </w:tr>
      <w:tr w:rsidR="00560056" w:rsidTr="00560056">
        <w:tc>
          <w:tcPr>
            <w:tcW w:w="4531" w:type="dxa"/>
          </w:tcPr>
          <w:p w:rsidR="00560056" w:rsidRPr="004D218B" w:rsidRDefault="00560056" w:rsidP="004D218B">
            <w:pPr>
              <w:pStyle w:val="Odstavecseseznamem"/>
              <w:numPr>
                <w:ilvl w:val="0"/>
                <w:numId w:val="11"/>
              </w:numPr>
              <w:ind w:left="599" w:hanging="567"/>
              <w:rPr>
                <w:color w:val="000000" w:themeColor="text1"/>
                <w:sz w:val="32"/>
                <w:szCs w:val="32"/>
              </w:rPr>
            </w:pPr>
            <w:r w:rsidRPr="004D218B">
              <w:rPr>
                <w:color w:val="000000" w:themeColor="text1"/>
                <w:sz w:val="32"/>
                <w:szCs w:val="32"/>
              </w:rPr>
              <w:t>PEŠEK HONZA</w:t>
            </w:r>
          </w:p>
        </w:tc>
        <w:tc>
          <w:tcPr>
            <w:tcW w:w="2410" w:type="dxa"/>
          </w:tcPr>
          <w:p w:rsidR="00560056" w:rsidRPr="004D218B" w:rsidRDefault="00560056" w:rsidP="00560056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4D218B">
              <w:rPr>
                <w:color w:val="000000" w:themeColor="text1"/>
                <w:sz w:val="32"/>
                <w:szCs w:val="32"/>
              </w:rPr>
              <w:t>541</w:t>
            </w:r>
          </w:p>
        </w:tc>
        <w:tc>
          <w:tcPr>
            <w:tcW w:w="1689" w:type="dxa"/>
          </w:tcPr>
          <w:p w:rsidR="00560056" w:rsidRPr="004D218B" w:rsidRDefault="00560056" w:rsidP="00560056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4D218B">
              <w:rPr>
                <w:color w:val="000000" w:themeColor="text1"/>
                <w:sz w:val="32"/>
                <w:szCs w:val="32"/>
              </w:rPr>
              <w:t>2.B</w:t>
            </w:r>
          </w:p>
        </w:tc>
      </w:tr>
      <w:tr w:rsidR="00D04F63" w:rsidTr="00560056">
        <w:tc>
          <w:tcPr>
            <w:tcW w:w="4531" w:type="dxa"/>
          </w:tcPr>
          <w:p w:rsidR="00D04F63" w:rsidRPr="004D218B" w:rsidRDefault="00021F46" w:rsidP="004D218B">
            <w:pPr>
              <w:pStyle w:val="Odstavecseseznamem"/>
              <w:numPr>
                <w:ilvl w:val="0"/>
                <w:numId w:val="11"/>
              </w:numPr>
              <w:ind w:left="599" w:hanging="567"/>
              <w:rPr>
                <w:color w:val="000000" w:themeColor="text1"/>
                <w:sz w:val="32"/>
                <w:szCs w:val="32"/>
              </w:rPr>
            </w:pPr>
            <w:r w:rsidRPr="004D218B">
              <w:rPr>
                <w:color w:val="000000" w:themeColor="text1"/>
                <w:sz w:val="32"/>
                <w:szCs w:val="32"/>
              </w:rPr>
              <w:t>PETRÁK HONZA</w:t>
            </w:r>
          </w:p>
        </w:tc>
        <w:tc>
          <w:tcPr>
            <w:tcW w:w="2410" w:type="dxa"/>
          </w:tcPr>
          <w:p w:rsidR="00D04F63" w:rsidRPr="004D218B" w:rsidRDefault="00021F46" w:rsidP="00C86173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4D218B">
              <w:rPr>
                <w:color w:val="000000" w:themeColor="text1"/>
                <w:sz w:val="32"/>
                <w:szCs w:val="32"/>
              </w:rPr>
              <w:t>531</w:t>
            </w:r>
          </w:p>
        </w:tc>
        <w:tc>
          <w:tcPr>
            <w:tcW w:w="1689" w:type="dxa"/>
          </w:tcPr>
          <w:p w:rsidR="00D04F63" w:rsidRPr="004D218B" w:rsidRDefault="00021F46" w:rsidP="00C86173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4D218B">
              <w:rPr>
                <w:color w:val="000000" w:themeColor="text1"/>
                <w:sz w:val="32"/>
                <w:szCs w:val="32"/>
              </w:rPr>
              <w:t>5.B</w:t>
            </w:r>
          </w:p>
        </w:tc>
      </w:tr>
      <w:tr w:rsidR="00560056" w:rsidTr="00560056">
        <w:tc>
          <w:tcPr>
            <w:tcW w:w="4531" w:type="dxa"/>
          </w:tcPr>
          <w:p w:rsidR="00560056" w:rsidRPr="004D218B" w:rsidRDefault="00560056" w:rsidP="004D218B">
            <w:pPr>
              <w:pStyle w:val="Odstavecseseznamem"/>
              <w:numPr>
                <w:ilvl w:val="0"/>
                <w:numId w:val="11"/>
              </w:numPr>
              <w:ind w:left="599" w:hanging="567"/>
              <w:rPr>
                <w:color w:val="000000" w:themeColor="text1"/>
                <w:sz w:val="32"/>
                <w:szCs w:val="32"/>
              </w:rPr>
            </w:pPr>
            <w:r w:rsidRPr="004D218B">
              <w:rPr>
                <w:color w:val="000000" w:themeColor="text1"/>
                <w:sz w:val="32"/>
                <w:szCs w:val="32"/>
              </w:rPr>
              <w:t>KRAMPERA MÍŠA</w:t>
            </w:r>
          </w:p>
        </w:tc>
        <w:tc>
          <w:tcPr>
            <w:tcW w:w="2410" w:type="dxa"/>
          </w:tcPr>
          <w:p w:rsidR="00560056" w:rsidRPr="004D218B" w:rsidRDefault="00560056" w:rsidP="00560056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4D218B">
              <w:rPr>
                <w:color w:val="000000" w:themeColor="text1"/>
                <w:sz w:val="32"/>
                <w:szCs w:val="32"/>
              </w:rPr>
              <w:t>505</w:t>
            </w:r>
          </w:p>
        </w:tc>
        <w:tc>
          <w:tcPr>
            <w:tcW w:w="1689" w:type="dxa"/>
          </w:tcPr>
          <w:p w:rsidR="00560056" w:rsidRPr="004D218B" w:rsidRDefault="00560056" w:rsidP="00560056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4D218B">
              <w:rPr>
                <w:color w:val="000000" w:themeColor="text1"/>
                <w:sz w:val="32"/>
                <w:szCs w:val="32"/>
              </w:rPr>
              <w:t>5.A</w:t>
            </w:r>
          </w:p>
        </w:tc>
      </w:tr>
      <w:tr w:rsidR="00D04F63" w:rsidTr="00560056">
        <w:tc>
          <w:tcPr>
            <w:tcW w:w="4531" w:type="dxa"/>
          </w:tcPr>
          <w:p w:rsidR="00D04F63" w:rsidRPr="004D218B" w:rsidRDefault="00021F46" w:rsidP="004D218B">
            <w:pPr>
              <w:pStyle w:val="Odstavecseseznamem"/>
              <w:numPr>
                <w:ilvl w:val="0"/>
                <w:numId w:val="11"/>
              </w:numPr>
              <w:ind w:left="599" w:hanging="567"/>
              <w:rPr>
                <w:color w:val="000000" w:themeColor="text1"/>
                <w:sz w:val="32"/>
                <w:szCs w:val="32"/>
              </w:rPr>
            </w:pPr>
            <w:r w:rsidRPr="004D218B">
              <w:rPr>
                <w:color w:val="000000" w:themeColor="text1"/>
                <w:sz w:val="32"/>
                <w:szCs w:val="32"/>
              </w:rPr>
              <w:t>KOMÁRKOVÁ ADÉLA</w:t>
            </w:r>
          </w:p>
        </w:tc>
        <w:tc>
          <w:tcPr>
            <w:tcW w:w="2410" w:type="dxa"/>
          </w:tcPr>
          <w:p w:rsidR="00D04F63" w:rsidRPr="004D218B" w:rsidRDefault="00021F46" w:rsidP="00C86173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4D218B">
              <w:rPr>
                <w:color w:val="000000" w:themeColor="text1"/>
                <w:sz w:val="32"/>
                <w:szCs w:val="32"/>
              </w:rPr>
              <w:t>485</w:t>
            </w:r>
          </w:p>
        </w:tc>
        <w:tc>
          <w:tcPr>
            <w:tcW w:w="1689" w:type="dxa"/>
          </w:tcPr>
          <w:p w:rsidR="00D04F63" w:rsidRPr="004D218B" w:rsidRDefault="00021F46" w:rsidP="00C86173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4D218B">
              <w:rPr>
                <w:color w:val="000000" w:themeColor="text1"/>
                <w:sz w:val="32"/>
                <w:szCs w:val="32"/>
              </w:rPr>
              <w:t>6.A</w:t>
            </w:r>
          </w:p>
        </w:tc>
      </w:tr>
      <w:tr w:rsidR="00D04F63" w:rsidTr="00560056">
        <w:tc>
          <w:tcPr>
            <w:tcW w:w="4531" w:type="dxa"/>
          </w:tcPr>
          <w:p w:rsidR="00D04F63" w:rsidRPr="004D218B" w:rsidRDefault="00021F46" w:rsidP="004D218B">
            <w:pPr>
              <w:pStyle w:val="Odstavecseseznamem"/>
              <w:numPr>
                <w:ilvl w:val="0"/>
                <w:numId w:val="11"/>
              </w:numPr>
              <w:ind w:left="599" w:hanging="567"/>
              <w:rPr>
                <w:color w:val="000000" w:themeColor="text1"/>
                <w:sz w:val="32"/>
                <w:szCs w:val="32"/>
              </w:rPr>
            </w:pPr>
            <w:r w:rsidRPr="004D218B">
              <w:rPr>
                <w:color w:val="000000" w:themeColor="text1"/>
                <w:sz w:val="32"/>
                <w:szCs w:val="32"/>
              </w:rPr>
              <w:t>MÁLEK ONDRA</w:t>
            </w:r>
          </w:p>
        </w:tc>
        <w:tc>
          <w:tcPr>
            <w:tcW w:w="2410" w:type="dxa"/>
          </w:tcPr>
          <w:p w:rsidR="00D04F63" w:rsidRPr="004D218B" w:rsidRDefault="00AD2836" w:rsidP="00C86173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4D218B">
              <w:rPr>
                <w:color w:val="000000" w:themeColor="text1"/>
                <w:sz w:val="32"/>
                <w:szCs w:val="32"/>
              </w:rPr>
              <w:t>4</w:t>
            </w:r>
            <w:r w:rsidR="00021F46" w:rsidRPr="004D218B">
              <w:rPr>
                <w:color w:val="000000" w:themeColor="text1"/>
                <w:sz w:val="32"/>
                <w:szCs w:val="32"/>
              </w:rPr>
              <w:t>6</w:t>
            </w:r>
            <w:r w:rsidRPr="004D218B">
              <w:rPr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689" w:type="dxa"/>
          </w:tcPr>
          <w:p w:rsidR="00D04F63" w:rsidRPr="004D218B" w:rsidRDefault="00021F46" w:rsidP="00C86173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4D218B">
              <w:rPr>
                <w:color w:val="000000" w:themeColor="text1"/>
                <w:sz w:val="32"/>
                <w:szCs w:val="32"/>
              </w:rPr>
              <w:t>5.B</w:t>
            </w:r>
          </w:p>
        </w:tc>
      </w:tr>
      <w:tr w:rsidR="00560056" w:rsidTr="00560056">
        <w:tc>
          <w:tcPr>
            <w:tcW w:w="4531" w:type="dxa"/>
          </w:tcPr>
          <w:p w:rsidR="00560056" w:rsidRPr="004D218B" w:rsidRDefault="00560056" w:rsidP="004D218B">
            <w:pPr>
              <w:pStyle w:val="Odstavecseseznamem"/>
              <w:numPr>
                <w:ilvl w:val="0"/>
                <w:numId w:val="11"/>
              </w:numPr>
              <w:ind w:left="599" w:hanging="567"/>
              <w:rPr>
                <w:color w:val="000000" w:themeColor="text1"/>
                <w:sz w:val="32"/>
                <w:szCs w:val="32"/>
              </w:rPr>
            </w:pPr>
            <w:r w:rsidRPr="004D218B">
              <w:rPr>
                <w:color w:val="000000" w:themeColor="text1"/>
                <w:sz w:val="32"/>
                <w:szCs w:val="32"/>
              </w:rPr>
              <w:t>NOVOTNÁ BĚTKA</w:t>
            </w:r>
          </w:p>
        </w:tc>
        <w:tc>
          <w:tcPr>
            <w:tcW w:w="2410" w:type="dxa"/>
          </w:tcPr>
          <w:p w:rsidR="00560056" w:rsidRPr="004D218B" w:rsidRDefault="00560056" w:rsidP="00560056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4D218B">
              <w:rPr>
                <w:color w:val="000000" w:themeColor="text1"/>
                <w:sz w:val="32"/>
                <w:szCs w:val="32"/>
              </w:rPr>
              <w:t>451</w:t>
            </w:r>
          </w:p>
        </w:tc>
        <w:tc>
          <w:tcPr>
            <w:tcW w:w="1689" w:type="dxa"/>
          </w:tcPr>
          <w:p w:rsidR="00560056" w:rsidRPr="004D218B" w:rsidRDefault="00560056" w:rsidP="00560056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4D218B">
              <w:rPr>
                <w:color w:val="000000" w:themeColor="text1"/>
                <w:sz w:val="32"/>
                <w:szCs w:val="32"/>
              </w:rPr>
              <w:t>1.B</w:t>
            </w:r>
          </w:p>
        </w:tc>
      </w:tr>
      <w:tr w:rsidR="00560056" w:rsidTr="00560056">
        <w:tc>
          <w:tcPr>
            <w:tcW w:w="4531" w:type="dxa"/>
          </w:tcPr>
          <w:p w:rsidR="00560056" w:rsidRPr="004D218B" w:rsidRDefault="00560056" w:rsidP="004D218B">
            <w:pPr>
              <w:pStyle w:val="Odstavecseseznamem"/>
              <w:numPr>
                <w:ilvl w:val="0"/>
                <w:numId w:val="11"/>
              </w:numPr>
              <w:ind w:left="599" w:hanging="567"/>
              <w:rPr>
                <w:color w:val="000000" w:themeColor="text1"/>
                <w:sz w:val="32"/>
                <w:szCs w:val="32"/>
              </w:rPr>
            </w:pPr>
            <w:r w:rsidRPr="004D218B">
              <w:rPr>
                <w:color w:val="000000" w:themeColor="text1"/>
                <w:sz w:val="32"/>
                <w:szCs w:val="32"/>
              </w:rPr>
              <w:t>RELLIGOVÁ EDITA</w:t>
            </w:r>
          </w:p>
        </w:tc>
        <w:tc>
          <w:tcPr>
            <w:tcW w:w="2410" w:type="dxa"/>
          </w:tcPr>
          <w:p w:rsidR="00560056" w:rsidRPr="004D218B" w:rsidRDefault="00560056" w:rsidP="00560056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4D218B">
              <w:rPr>
                <w:color w:val="000000" w:themeColor="text1"/>
                <w:sz w:val="32"/>
                <w:szCs w:val="32"/>
              </w:rPr>
              <w:t>340</w:t>
            </w:r>
          </w:p>
        </w:tc>
        <w:tc>
          <w:tcPr>
            <w:tcW w:w="1689" w:type="dxa"/>
          </w:tcPr>
          <w:p w:rsidR="00560056" w:rsidRPr="004D218B" w:rsidRDefault="00560056" w:rsidP="00560056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4D218B">
              <w:rPr>
                <w:color w:val="000000" w:themeColor="text1"/>
                <w:sz w:val="32"/>
                <w:szCs w:val="32"/>
              </w:rPr>
              <w:t>9.A</w:t>
            </w:r>
          </w:p>
        </w:tc>
      </w:tr>
      <w:tr w:rsidR="00D04F63" w:rsidTr="00560056">
        <w:tc>
          <w:tcPr>
            <w:tcW w:w="4531" w:type="dxa"/>
          </w:tcPr>
          <w:p w:rsidR="00D04F63" w:rsidRPr="004D218B" w:rsidRDefault="00021F46" w:rsidP="004D218B">
            <w:pPr>
              <w:pStyle w:val="Odstavecseseznamem"/>
              <w:numPr>
                <w:ilvl w:val="0"/>
                <w:numId w:val="11"/>
              </w:numPr>
              <w:ind w:left="599" w:hanging="567"/>
              <w:rPr>
                <w:color w:val="000000" w:themeColor="text1"/>
                <w:sz w:val="32"/>
                <w:szCs w:val="32"/>
              </w:rPr>
            </w:pPr>
            <w:r w:rsidRPr="004D218B">
              <w:rPr>
                <w:color w:val="000000" w:themeColor="text1"/>
                <w:sz w:val="32"/>
                <w:szCs w:val="32"/>
              </w:rPr>
              <w:t>SUCHÁ KLÁRA</w:t>
            </w:r>
          </w:p>
        </w:tc>
        <w:tc>
          <w:tcPr>
            <w:tcW w:w="2410" w:type="dxa"/>
          </w:tcPr>
          <w:p w:rsidR="00D04F63" w:rsidRPr="004D218B" w:rsidRDefault="00021F46" w:rsidP="00C86173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4D218B">
              <w:rPr>
                <w:color w:val="000000" w:themeColor="text1"/>
                <w:sz w:val="32"/>
                <w:szCs w:val="32"/>
              </w:rPr>
              <w:t>254</w:t>
            </w:r>
          </w:p>
        </w:tc>
        <w:tc>
          <w:tcPr>
            <w:tcW w:w="1689" w:type="dxa"/>
          </w:tcPr>
          <w:p w:rsidR="00D04F63" w:rsidRPr="004D218B" w:rsidRDefault="00021F46" w:rsidP="00C86173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4D218B">
              <w:rPr>
                <w:color w:val="000000" w:themeColor="text1"/>
                <w:sz w:val="32"/>
                <w:szCs w:val="32"/>
              </w:rPr>
              <w:t>5.A</w:t>
            </w:r>
          </w:p>
        </w:tc>
      </w:tr>
      <w:tr w:rsidR="00D04F63" w:rsidTr="00560056">
        <w:tc>
          <w:tcPr>
            <w:tcW w:w="4531" w:type="dxa"/>
          </w:tcPr>
          <w:p w:rsidR="00D04F63" w:rsidRPr="004D218B" w:rsidRDefault="00021F46" w:rsidP="004D218B">
            <w:pPr>
              <w:pStyle w:val="Odstavecseseznamem"/>
              <w:numPr>
                <w:ilvl w:val="0"/>
                <w:numId w:val="11"/>
              </w:numPr>
              <w:ind w:left="599" w:hanging="567"/>
              <w:rPr>
                <w:color w:val="000000" w:themeColor="text1"/>
                <w:sz w:val="32"/>
                <w:szCs w:val="32"/>
              </w:rPr>
            </w:pPr>
            <w:r w:rsidRPr="004D218B">
              <w:rPr>
                <w:color w:val="000000" w:themeColor="text1"/>
                <w:sz w:val="32"/>
                <w:szCs w:val="32"/>
              </w:rPr>
              <w:t>SUCHÁ EMMA</w:t>
            </w:r>
          </w:p>
        </w:tc>
        <w:tc>
          <w:tcPr>
            <w:tcW w:w="2410" w:type="dxa"/>
          </w:tcPr>
          <w:p w:rsidR="00D04F63" w:rsidRPr="004D218B" w:rsidRDefault="00021F46" w:rsidP="00C86173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4D218B">
              <w:rPr>
                <w:color w:val="000000" w:themeColor="text1"/>
                <w:sz w:val="32"/>
                <w:szCs w:val="32"/>
              </w:rPr>
              <w:t>244</w:t>
            </w:r>
          </w:p>
        </w:tc>
        <w:tc>
          <w:tcPr>
            <w:tcW w:w="1689" w:type="dxa"/>
          </w:tcPr>
          <w:p w:rsidR="00D04F63" w:rsidRPr="004D218B" w:rsidRDefault="00021F46" w:rsidP="00C86173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4D218B">
              <w:rPr>
                <w:color w:val="000000" w:themeColor="text1"/>
                <w:sz w:val="32"/>
                <w:szCs w:val="32"/>
              </w:rPr>
              <w:t>2.B</w:t>
            </w:r>
          </w:p>
        </w:tc>
      </w:tr>
      <w:tr w:rsidR="00D04F63" w:rsidTr="00560056">
        <w:tc>
          <w:tcPr>
            <w:tcW w:w="4531" w:type="dxa"/>
          </w:tcPr>
          <w:p w:rsidR="00D04F63" w:rsidRPr="004D218B" w:rsidRDefault="00216E33" w:rsidP="004D218B">
            <w:pPr>
              <w:pStyle w:val="Odstavecseseznamem"/>
              <w:numPr>
                <w:ilvl w:val="0"/>
                <w:numId w:val="11"/>
              </w:numPr>
              <w:ind w:left="599" w:hanging="567"/>
              <w:rPr>
                <w:color w:val="000000" w:themeColor="text1"/>
                <w:sz w:val="32"/>
                <w:szCs w:val="32"/>
              </w:rPr>
            </w:pPr>
            <w:r w:rsidRPr="004D218B">
              <w:rPr>
                <w:color w:val="000000" w:themeColor="text1"/>
                <w:sz w:val="32"/>
                <w:szCs w:val="32"/>
              </w:rPr>
              <w:t>SEDLMAJEROVÁ BÁRA</w:t>
            </w:r>
          </w:p>
        </w:tc>
        <w:tc>
          <w:tcPr>
            <w:tcW w:w="2410" w:type="dxa"/>
          </w:tcPr>
          <w:p w:rsidR="00D04F63" w:rsidRPr="004D218B" w:rsidRDefault="00021F46" w:rsidP="00C86173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4D218B">
              <w:rPr>
                <w:color w:val="000000" w:themeColor="text1"/>
                <w:sz w:val="32"/>
                <w:szCs w:val="32"/>
              </w:rPr>
              <w:t>2</w:t>
            </w:r>
            <w:r w:rsidR="00216E33" w:rsidRPr="004D218B">
              <w:rPr>
                <w:color w:val="000000" w:themeColor="text1"/>
                <w:sz w:val="32"/>
                <w:szCs w:val="32"/>
              </w:rPr>
              <w:t>40</w:t>
            </w:r>
          </w:p>
        </w:tc>
        <w:tc>
          <w:tcPr>
            <w:tcW w:w="1689" w:type="dxa"/>
          </w:tcPr>
          <w:p w:rsidR="00D04F63" w:rsidRPr="004D218B" w:rsidRDefault="00216E33" w:rsidP="00C86173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4D218B">
              <w:rPr>
                <w:color w:val="000000" w:themeColor="text1"/>
                <w:sz w:val="32"/>
                <w:szCs w:val="32"/>
              </w:rPr>
              <w:t>9.A</w:t>
            </w:r>
          </w:p>
        </w:tc>
      </w:tr>
      <w:tr w:rsidR="00560056" w:rsidTr="00560056">
        <w:tc>
          <w:tcPr>
            <w:tcW w:w="4531" w:type="dxa"/>
          </w:tcPr>
          <w:p w:rsidR="00560056" w:rsidRPr="004D218B" w:rsidRDefault="00560056" w:rsidP="004D218B">
            <w:pPr>
              <w:pStyle w:val="Odstavecseseznamem"/>
              <w:numPr>
                <w:ilvl w:val="0"/>
                <w:numId w:val="11"/>
              </w:numPr>
              <w:ind w:left="599" w:hanging="567"/>
              <w:rPr>
                <w:color w:val="000000" w:themeColor="text1"/>
                <w:sz w:val="32"/>
                <w:szCs w:val="32"/>
              </w:rPr>
            </w:pPr>
            <w:r w:rsidRPr="004D218B">
              <w:rPr>
                <w:color w:val="000000" w:themeColor="text1"/>
                <w:sz w:val="32"/>
                <w:szCs w:val="32"/>
              </w:rPr>
              <w:t>LESZKOVÁ ELIŠKA</w:t>
            </w:r>
          </w:p>
        </w:tc>
        <w:tc>
          <w:tcPr>
            <w:tcW w:w="2410" w:type="dxa"/>
          </w:tcPr>
          <w:p w:rsidR="00560056" w:rsidRPr="004D218B" w:rsidRDefault="00560056" w:rsidP="00560056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4D218B">
              <w:rPr>
                <w:color w:val="000000" w:themeColor="text1"/>
                <w:sz w:val="32"/>
                <w:szCs w:val="32"/>
              </w:rPr>
              <w:t>215</w:t>
            </w:r>
          </w:p>
        </w:tc>
        <w:tc>
          <w:tcPr>
            <w:tcW w:w="1689" w:type="dxa"/>
          </w:tcPr>
          <w:p w:rsidR="00560056" w:rsidRPr="004D218B" w:rsidRDefault="00560056" w:rsidP="00560056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4D218B">
              <w:rPr>
                <w:color w:val="000000" w:themeColor="text1"/>
                <w:sz w:val="32"/>
                <w:szCs w:val="32"/>
              </w:rPr>
              <w:t>7.B</w:t>
            </w:r>
          </w:p>
        </w:tc>
      </w:tr>
      <w:tr w:rsidR="00560056" w:rsidTr="00560056">
        <w:tc>
          <w:tcPr>
            <w:tcW w:w="4531" w:type="dxa"/>
          </w:tcPr>
          <w:p w:rsidR="00560056" w:rsidRPr="004D218B" w:rsidRDefault="00560056" w:rsidP="004D218B">
            <w:pPr>
              <w:pStyle w:val="Odstavecseseznamem"/>
              <w:numPr>
                <w:ilvl w:val="0"/>
                <w:numId w:val="11"/>
              </w:numPr>
              <w:ind w:left="599" w:hanging="567"/>
              <w:rPr>
                <w:color w:val="000000" w:themeColor="text1"/>
                <w:sz w:val="32"/>
                <w:szCs w:val="32"/>
              </w:rPr>
            </w:pPr>
            <w:r w:rsidRPr="004D218B">
              <w:rPr>
                <w:color w:val="000000" w:themeColor="text1"/>
                <w:sz w:val="32"/>
                <w:szCs w:val="32"/>
              </w:rPr>
              <w:t>NEVOLE RICHARD</w:t>
            </w:r>
          </w:p>
        </w:tc>
        <w:tc>
          <w:tcPr>
            <w:tcW w:w="2410" w:type="dxa"/>
          </w:tcPr>
          <w:p w:rsidR="00560056" w:rsidRPr="004D218B" w:rsidRDefault="00560056" w:rsidP="00560056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4D218B">
              <w:rPr>
                <w:color w:val="000000" w:themeColor="text1"/>
                <w:sz w:val="32"/>
                <w:szCs w:val="32"/>
              </w:rPr>
              <w:t>210</w:t>
            </w:r>
          </w:p>
        </w:tc>
        <w:tc>
          <w:tcPr>
            <w:tcW w:w="1689" w:type="dxa"/>
          </w:tcPr>
          <w:p w:rsidR="00560056" w:rsidRPr="004D218B" w:rsidRDefault="00560056" w:rsidP="00560056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4D218B">
              <w:rPr>
                <w:color w:val="000000" w:themeColor="text1"/>
                <w:sz w:val="32"/>
                <w:szCs w:val="32"/>
              </w:rPr>
              <w:t>6.B</w:t>
            </w:r>
          </w:p>
        </w:tc>
      </w:tr>
    </w:tbl>
    <w:p w:rsidR="00021F46" w:rsidRDefault="00021F46"/>
    <w:sectPr w:rsidR="00021F4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4A732AD"/>
    <w:multiLevelType w:val="hybridMultilevel"/>
    <w:tmpl w:val="932214F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A9193A"/>
    <w:multiLevelType w:val="hybridMultilevel"/>
    <w:tmpl w:val="F826574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1F46"/>
    <w:rsid w:val="00034616"/>
    <w:rsid w:val="0006063C"/>
    <w:rsid w:val="0015074B"/>
    <w:rsid w:val="00216E33"/>
    <w:rsid w:val="0028364B"/>
    <w:rsid w:val="0029639D"/>
    <w:rsid w:val="00326F90"/>
    <w:rsid w:val="004D218B"/>
    <w:rsid w:val="00560056"/>
    <w:rsid w:val="007A1395"/>
    <w:rsid w:val="008D0F3D"/>
    <w:rsid w:val="00AA1D8D"/>
    <w:rsid w:val="00AD2836"/>
    <w:rsid w:val="00B47730"/>
    <w:rsid w:val="00C86173"/>
    <w:rsid w:val="00CB0664"/>
    <w:rsid w:val="00D04F6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8B7F73"/>
  <w14:defaultImageDpi w14:val="300"/>
  <w15:docId w15:val="{729610D5-5628-4EB7-841D-A72961A76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78CA8C6-99FC-4528-A8ED-E987E485C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115</Words>
  <Characters>681</Characters>
  <Application>Microsoft Office Word</Application>
  <DocSecurity>0</DocSecurity>
  <Lines>5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Oldřich Poul</cp:lastModifiedBy>
  <cp:revision>3</cp:revision>
  <dcterms:created xsi:type="dcterms:W3CDTF">2025-06-12T19:49:00Z</dcterms:created>
  <dcterms:modified xsi:type="dcterms:W3CDTF">2025-06-17T18:59:00Z</dcterms:modified>
  <cp:category/>
</cp:coreProperties>
</file>